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ואת דמותו ההיסטורית של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ולמה התפשטה הנצרות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מרכזיים: צו מילאנו, הכרה רשמית והפילוג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הברית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חופש פולחן לנוצרים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גדל בנצרת שבגליל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התפשטה בזכות דרכים טובות, שפה משותפת ומסר של תקווה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 צו מילאנו ב-313 לספירה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פונטיוס פילטוס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קונסטנטינוס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תאודוסיוס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(צו מילאנו - חופש פולחן לנוצרים)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(הנצרות הופכת לדת רשמית)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(הפילוג הגדול בין קתולים לאורתודוקסים)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(הפיץ את הנצרות גם בקרב לא-יהודים)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ישו חי ופעל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השליחים ופאולוס מפיצים את האמונה באימפריה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רדיפות הנוצרים על ידי קיסרים כמו נירון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מילאנו - חופש פולחן לנוצרים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סירבו לעבוד את אלי רומא ואת הקיסר, מה שנחשב איום על הסדר הרומי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חופש פולחן לנוצרים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הכנסייה התפצלה לקתולית במערב ואורתודוקסית במזרח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בציר הזמן (313, 380, 1054) ככלי עזר ויזואלי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עובדות היסטוריות לבין אמונות דתיות (למשל תחיית 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תרגיל הסידור הכרונולוגי בזוגות לפני המבחן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הנצרות – מאמונה לדת של אימפריה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התהליך שבו הפכה הנצרות מאמונה של קבוצה קטנה בארץ ישראל לדת הרשמית של האימפריה הרומית, ואת השלבים המרכזיים בדרך 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פונטיוס פילטוס  ·  השליחים  ·  קונסטנטינוס  ·  תאודוסיוס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ישו גדל באיזו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הוציא את ישו להורג?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השלטון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השלטון הרומי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ספר הקודש של הנוצרים לצד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קבע צו מילאנו בשנת 313?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הנצרות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הנצרות דת רשמית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ישו היה יהודי מהגליל.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התפשטה באימפריה בעיקר בגלל מלחמות.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הנוצרים נרדפו במשך כ-250 שנה לפני שקיבלו הכרה.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ישו הוצא להורג בצליבה בידי המושל הרומי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היו 12 תלמידיו של ישו שהפיצו את האמונה החדשה.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הקיסר __________ הוציא את צו מילאנו בשנת 313.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בשנת 380 הקיסר __________ הפך את הנצרות לדת הרשמית של האימפריה.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313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הפיץ את הנצרות גם בקרב לא-יהודים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380 לספירה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הפילוג הגדול בין קתולים לאורתודוקסים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3. 1054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הנצרות הופכת לדת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פאולוס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 מילאנו - חופש פולחן לנוצרים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תקופת רדיפות הנוצרים על ידי קיסרים כמו נירון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השליחים ופאולוס מפיצים את האמונה באימפריה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ישו חי ופעל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נרדפו הנוצרים באימפריה הרומית לפני שקיבלו הכרה?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הפיץ את הנצרות גם בקרב מי שלא היו 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בצו מילאנו בשנת 313?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הנצרות – מאמונה לדת של אימפריה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