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הנצרות – מאמונה לדת של אימפריה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ראשית הנצרות ואת דמותו ההיסטורית של 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ולמה התפשטה הנצרות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תאריכים ואירועים מרכזיים: צו מילאנו, הכרה רשמית והפילוג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השלטון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פאולוס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הברית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380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הכנסייה התפצלה לקתולית ואורתודוקסית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גדל בנצרת שבגליל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התפשטה בזכות דרכים טובות, שפה משותפת ומסר של תקווה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עד צו מילאנו ב-313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כינוס בישופים ב-325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מרכזה בקונסטנטינופול, הכנסייה הקתולית מרכזה ברומא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פאולוס לא היה אחד מהשליחים, הוא הצטרף מאוחר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פונטיוס פילטוס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קונסטנטינוס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תאודוסיוס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פטריארך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 מילאנו - חופש פולחן לנוצרים)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(הנצרות הופכת לדת רשמית)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(הפילוג הגדול בין קתולים לאורתודוקסים)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(הפיץ את הנצרות גם בקרב לא-יהודים)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(ראש הכנסייה הקתולית ברומא)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ישו חי ופעל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השליחים ופאולוס מפיצים את האמונה באימפריה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רדיפות הנוצרים על ידי קיסרים כמו נירון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הנצרות הופכת לדת הרשמית של האימפריה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הפילוג הגדול בין הכנסייה הקתולית לאורתודוקסית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סירבו לעבוד את אלי רומא ואת הקיסר, מה שנחשב איום על הסדר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דרכים רומיות טובות, שפה משותפת, ומסר של תקווה ושוויון לכל המאמינים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פאולוס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חופש פולחן לנוצרים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הכנסייה התפצלה לקתולית במערב ואורתודוקסית במזרח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בציר הזמן (313, 380, 1054) ככלי עזר ויזואלי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עובדות היסטוריות לבין אמונות דתיות (למשל תחיית ישו)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תרגיל הסידור הכרונולוגי בזוגות לפני המבחן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הנצרות – מאמונה לדת של אימפריה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הנצרות התחילה כקבוצה קטנה, ואיך היא הפכה לדת גדולה באימפריה הרומית.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 מהגליל, הנוצרים מאמינים שהוא המשיח ובן האלוהים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12 תלמידים של ישו שהפיצו את האמונה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פאולוס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הפיץ את הנצרות גם בקרב מי שלא היו 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הברית החדשה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הקודש של הנוצרים, לצד התנ״ך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 מילאנו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של קונסטנטינוס לתת חופש פולחן לנוצרים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השילוש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באל אחד בשלושה פנים - האב, הבן ורוח הקודש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הכנסייה הקתולית, בישוף רומא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הפילוג הגדול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פיצול הכנסייה לקתולית ולאורתודוקסית בשנת 1054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גדל ישו?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החליט להרוג את ישו?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השלטון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השלטון הרומי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הסנהדרין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הפיץ את האמונה החדשה גם לא-יהודים?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פאולוס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קונסטנטינוס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תאודוסיוס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לספר הקודש הנוסף של הנוצרים?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הברית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איגרות פאולוס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החליט קונסטנטינוס בצו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הנצרות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הנצרות דת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פילוג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הנצרות הפכה לדת הרשמית?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קוראים לראש הכנסייה הקתולית?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הפטריארך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קרה בשנת 1054?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הנצרות הפכה לדת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הכנסייה התפצלה לקתולית ואורתודוקסית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הנצרות נאסרה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השליחים הפיצו את האמונה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ישו היה יהודי מהגליל.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התפשטה באימפריה בעיקר בגלל מלחמות.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הנוצרים נרדפו במשך כ-250 שנה לפני שקיבלו הכרה.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ניקאה נועדה לקבוע את עיקרי האמונה הנוצרית.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האורתודוקסית מרכזה ברומא.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פאולוס היה אחד משני עשר השליחים של ישו.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ישו הוצא להורג בצליבה בידי המושל הרומי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היו 12 תלמידיו של ישו שהפיצו את האמונה החדשה.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הקיסר __________ הוציא את צו מילאנו בשנת 313.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380 הקיסר __________ הפך את הנצרות לדת הרשמית של האימפריה.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אמונה באל אחד בשלושה פנים - האב, הבן ורוח הקודש.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בראש הכנסייה האורתודוקסית עמד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313 לספירה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הפילוג הגדול בין קתולים לאורתודוקסים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380 לספירה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 מילאנו - חופש פולחן לנוצרים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3. 1054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הנצרות הופכת לדת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פאולוס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הכנסייה הקתולית ברומא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הפיץ את הנצרות גם בקרב לא-יהודים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הרשמית של האימפריה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הפילוג הגדול בין הכנסייה הקתולית לאורתודוקסית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ישו חי ופעל בארץ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רדיפות הנוצרים על ידי קיסרים כמו נירון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השליחים ופאולוס מפיצים את האמונה באימפריה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נרדפו הנוצרים באימפריה הרומית לפני שקיבלו הכרה?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שלושה גורמים שעזרו לנצרות להתפשט באימפריה הרומית?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הפיץ את הנצרות גם בקרב מי שלא היו 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בצו מילאנו בשנת 313?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בפילוג הגדול בשנת 1054?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הנצרות – מאמונה לדת של אימפריה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